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6557482" w14:textId="77777777" w:rsidR="00193402" w:rsidRDefault="00000000">
      <w:pPr>
        <w:jc w:val="center"/>
      </w:pPr>
      <w:r>
        <w:rPr>
          <w:b/>
          <w:color w:val="5F6F48"/>
          <w:sz w:val="26"/>
        </w:rPr>
        <w:t>STAYBRIGHT SERVICES LLC</w:t>
      </w:r>
    </w:p>
    <w:p w14:paraId="3763618A" w14:textId="77777777" w:rsidR="00193402" w:rsidRDefault="00000000">
      <w:pPr>
        <w:jc w:val="center"/>
      </w:pPr>
      <w:r>
        <w:rPr>
          <w:b/>
          <w:sz w:val="46"/>
        </w:rPr>
        <w:t>BRIDAL &amp; CLIENT MAKEUP PREPARATION GUIDE</w:t>
      </w:r>
    </w:p>
    <w:p w14:paraId="7AA1BB74" w14:textId="77777777" w:rsidR="00193402" w:rsidRDefault="00000000">
      <w:pPr>
        <w:jc w:val="center"/>
      </w:pPr>
      <w:r>
        <w:rPr>
          <w:i/>
        </w:rPr>
        <w:t>Your skin. Your makeup. Your responsibility. 🤍</w:t>
      </w:r>
    </w:p>
    <w:p w14:paraId="29A1468E" w14:textId="77777777" w:rsidR="00193402" w:rsidRDefault="00000000">
      <w:pPr>
        <w:jc w:val="center"/>
      </w:pPr>
      <w:r>
        <w:rPr>
          <w:color w:val="5F6F48"/>
          <w:sz w:val="14"/>
        </w:rPr>
        <w:t>━━━━━━━━━━━━━━━━━━━━━━━━━━━━━━━━━━━━━━━━</w:t>
      </w:r>
    </w:p>
    <w:p w14:paraId="2B1C8157" w14:textId="77777777" w:rsidR="00193402" w:rsidRDefault="00000000">
      <w:pPr>
        <w:jc w:val="center"/>
      </w:pPr>
      <w:r>
        <w:rPr>
          <w:b/>
        </w:rPr>
        <w:t>Professional • Personalized • Prepared</w:t>
      </w:r>
    </w:p>
    <w:p w14:paraId="7F9AB294" w14:textId="77777777" w:rsidR="00193402" w:rsidRDefault="00000000">
      <w:r>
        <w:t>Your makeup application starts before you ever sit in my chair. As a licensed esthetician and makeup artist, I take skin preparation seriously because the condition of your skin can affect how makeup applies, wears, photographs, and ultimately looks.</w:t>
      </w:r>
    </w:p>
    <w:p w14:paraId="6CC1DF02" w14:textId="77777777" w:rsidR="00193402" w:rsidRDefault="00000000">
      <w:r>
        <w:t>Your responsibility is to care for your skin leading up to your appointment and arrive with a clean, comfortable canvas. Once you are in my chair, your StayBright makeup prep begins.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193402" w14:paraId="4E5EF843" w14:textId="77777777">
        <w:tc>
          <w:tcPr>
            <w:tcW w:w="10080" w:type="dxa"/>
            <w:shd w:val="clear" w:color="auto" w:fill="F6F3DC"/>
          </w:tcPr>
          <w:p w14:paraId="64954AAF" w14:textId="77777777" w:rsidR="00193402" w:rsidRDefault="00000000">
            <w:pPr>
              <w:jc w:val="center"/>
            </w:pPr>
            <w:r>
              <w:rPr>
                <w:b/>
              </w:rPr>
              <w:t>YOUR SKINCARE ROUTINE IS YOURS.  •  YOUR MAKEUP PREP IS MINE.</w:t>
            </w:r>
          </w:p>
        </w:tc>
      </w:tr>
    </w:tbl>
    <w:p w14:paraId="2C66F044" w14:textId="77777777" w:rsidR="00193402" w:rsidRDefault="00000000">
      <w:pPr>
        <w:pStyle w:val="Heading1"/>
      </w:pPr>
      <w:r>
        <w:t>90+ DAYS BEFORE YOUR EVENT</w:t>
      </w:r>
    </w:p>
    <w:p w14:paraId="041C36F3" w14:textId="77777777" w:rsidR="00193402" w:rsidRDefault="00000000">
      <w:r>
        <w:t>START THINKING ABOUT YOUR SKIN NOW.</w:t>
      </w:r>
    </w:p>
    <w:p w14:paraId="4974BE60" w14:textId="77777777" w:rsidR="00193402" w:rsidRDefault="00000000">
      <w:r>
        <w:t>Your wedding-day skin isn't something we should try to fix the morning of your wedding. If you are considering a new treatment or procedure, plan ahead and give your skin adequate time to respond before your event.</w:t>
      </w:r>
    </w:p>
    <w:p w14:paraId="1EB84843" w14:textId="77777777" w:rsidR="00193402" w:rsidRDefault="00000000">
      <w:pPr>
        <w:pStyle w:val="ListBullet"/>
        <w:spacing w:after="40"/>
      </w:pPr>
      <w:r>
        <w:t>Facials or other professional skincare treatments</w:t>
      </w:r>
    </w:p>
    <w:p w14:paraId="1EB8EE96" w14:textId="77777777" w:rsidR="00193402" w:rsidRDefault="00000000">
      <w:pPr>
        <w:pStyle w:val="ListBullet"/>
        <w:spacing w:after="40"/>
      </w:pPr>
      <w:r>
        <w:t>Chemical peels</w:t>
      </w:r>
    </w:p>
    <w:p w14:paraId="37A5A578" w14:textId="77777777" w:rsidR="00193402" w:rsidRDefault="00000000">
      <w:pPr>
        <w:pStyle w:val="ListBullet"/>
        <w:spacing w:after="40"/>
      </w:pPr>
      <w:r>
        <w:t>Waxing or dermaplaning</w:t>
      </w:r>
    </w:p>
    <w:p w14:paraId="68C9B02D" w14:textId="77777777" w:rsidR="00193402" w:rsidRDefault="00000000">
      <w:pPr>
        <w:pStyle w:val="ListBullet"/>
        <w:spacing w:after="40"/>
      </w:pPr>
      <w:r>
        <w:t>Microneedling or laser treatments</w:t>
      </w:r>
    </w:p>
    <w:p w14:paraId="1C78A869" w14:textId="77777777" w:rsidR="00193402" w:rsidRDefault="00000000">
      <w:pPr>
        <w:pStyle w:val="ListBullet"/>
        <w:spacing w:after="40"/>
      </w:pPr>
      <w:r>
        <w:t>Injectables or other cosmetic procedures</w:t>
      </w:r>
    </w:p>
    <w:p w14:paraId="5BE1737F" w14:textId="77777777" w:rsidR="00193402" w:rsidRDefault="00000000">
      <w:pPr>
        <w:pStyle w:val="ListBullet"/>
        <w:spacing w:after="40"/>
      </w:pPr>
      <w:r>
        <w:t>New skincare products</w:t>
      </w:r>
    </w:p>
    <w:p w14:paraId="7318C78B" w14:textId="77777777" w:rsidR="00193402" w:rsidRDefault="00000000">
      <w:pPr>
        <w:pStyle w:val="ListBullet"/>
        <w:spacing w:after="40"/>
      </w:pPr>
      <w:r>
        <w:t>Acne treatments or prescription skincare</w:t>
      </w:r>
    </w:p>
    <w:p w14:paraId="18AC1BBB" w14:textId="77777777" w:rsidR="00193402" w:rsidRDefault="00000000">
      <w:r>
        <w:t>If you are trying something new, make sure you understand its expected downtime and recovery period. If you already have a skincare routine that works for you, consistency is your friend.</w:t>
      </w:r>
    </w:p>
    <w:p w14:paraId="1DB08E8E" w14:textId="77777777" w:rsidR="00193402" w:rsidRDefault="00000000">
      <w:pPr>
        <w:pStyle w:val="Heading1"/>
      </w:pPr>
      <w:r>
        <w:t>30 DAYS BEFORE YOUR EVENT</w:t>
      </w:r>
    </w:p>
    <w:p w14:paraId="1959AB37" w14:textId="77777777" w:rsidR="00193402" w:rsidRDefault="00000000">
      <w:r>
        <w:t>KEEP IT STEADY.</w:t>
      </w:r>
    </w:p>
    <w:p w14:paraId="200A175A" w14:textId="77777777" w:rsidR="00193402" w:rsidRDefault="00000000">
      <w:pPr>
        <w:pStyle w:val="ListBullet"/>
        <w:spacing w:after="40"/>
      </w:pPr>
      <w:r>
        <w:t>Continue your normal skincare routine.</w:t>
      </w:r>
    </w:p>
    <w:p w14:paraId="3E2E9E47" w14:textId="77777777" w:rsidR="00193402" w:rsidRDefault="00000000">
      <w:pPr>
        <w:pStyle w:val="ListBullet"/>
        <w:spacing w:after="40"/>
      </w:pPr>
      <w:r>
        <w:t>Stay consistent with hydration and the routine that works for your skin.</w:t>
      </w:r>
    </w:p>
    <w:p w14:paraId="1D7AE7AE" w14:textId="77777777" w:rsidR="00193402" w:rsidRDefault="00000000">
      <w:pPr>
        <w:pStyle w:val="ListBullet"/>
        <w:spacing w:after="40"/>
      </w:pPr>
      <w:r>
        <w:t>Avoid introducing multiple new products at once.</w:t>
      </w:r>
    </w:p>
    <w:p w14:paraId="0F16C88B" w14:textId="77777777" w:rsidR="00193402" w:rsidRDefault="00000000">
      <w:pPr>
        <w:pStyle w:val="ListBullet"/>
        <w:spacing w:after="40"/>
      </w:pPr>
      <w:r>
        <w:t>If you schedule a professional treatment, allow appropriate recovery time.</w:t>
      </w:r>
    </w:p>
    <w:p w14:paraId="78183729" w14:textId="77777777" w:rsidR="00193402" w:rsidRDefault="00000000">
      <w:pPr>
        <w:pStyle w:val="ListBullet"/>
        <w:spacing w:after="40"/>
      </w:pPr>
      <w:r>
        <w:t>Let me know about anything that could reasonably affect your makeup application.</w:t>
      </w:r>
    </w:p>
    <w:p w14:paraId="540928B6" w14:textId="77777777" w:rsidR="00193402" w:rsidRDefault="00000000">
      <w:pPr>
        <w:pStyle w:val="Heading1"/>
      </w:pPr>
      <w:r>
        <w:lastRenderedPageBreak/>
        <w:t>THE WEEK BEFORE</w:t>
      </w:r>
    </w:p>
    <w:p w14:paraId="7E6BC1E1" w14:textId="77777777" w:rsidR="00193402" w:rsidRDefault="00000000">
      <w:r>
        <w:t>PLEASE DON'T PICK, PEEL, OR EXPERIMENT.</w:t>
      </w:r>
    </w:p>
    <w:p w14:paraId="06F9C6EF" w14:textId="77777777" w:rsidR="00193402" w:rsidRDefault="00000000">
      <w:pPr>
        <w:pStyle w:val="ListBullet"/>
        <w:spacing w:after="40"/>
      </w:pPr>
      <w:r>
        <w:t>Avoid picking or squeezing blemishes.</w:t>
      </w:r>
    </w:p>
    <w:p w14:paraId="37516B68" w14:textId="77777777" w:rsidR="00193402" w:rsidRDefault="00000000">
      <w:pPr>
        <w:pStyle w:val="ListBullet"/>
        <w:spacing w:after="40"/>
      </w:pPr>
      <w:r>
        <w:t>Avoid at-home chemical peels or aggressive exfoliation.</w:t>
      </w:r>
    </w:p>
    <w:p w14:paraId="4992518B" w14:textId="77777777" w:rsidR="00193402" w:rsidRDefault="00000000">
      <w:pPr>
        <w:pStyle w:val="ListBullet"/>
        <w:spacing w:after="40"/>
      </w:pPr>
      <w:r>
        <w:t>Avoid introducing new skincare products.</w:t>
      </w:r>
    </w:p>
    <w:p w14:paraId="0D4F1665" w14:textId="77777777" w:rsidR="00193402" w:rsidRDefault="00000000">
      <w:pPr>
        <w:pStyle w:val="ListBullet"/>
        <w:spacing w:after="40"/>
      </w:pPr>
      <w:r>
        <w:t>Avoid unfamiliar masks or treatments.</w:t>
      </w:r>
    </w:p>
    <w:p w14:paraId="2E1ACC73" w14:textId="77777777" w:rsidR="00193402" w:rsidRDefault="00000000">
      <w:pPr>
        <w:pStyle w:val="ListBullet"/>
        <w:spacing w:after="40"/>
      </w:pPr>
      <w:r>
        <w:t>Avoid waxing or other services immediately before your appointment unless appropriately timed.</w:t>
      </w:r>
    </w:p>
    <w:p w14:paraId="5522349D" w14:textId="03350DFD" w:rsidR="00193402" w:rsidRDefault="00000000">
      <w:r>
        <w:t xml:space="preserve">Your wedding is not the time to discover that a new product or treatment doesn't agree with your skin. </w:t>
      </w:r>
    </w:p>
    <w:p w14:paraId="1C4946E6" w14:textId="77777777" w:rsidR="00193402" w:rsidRDefault="00000000">
      <w:pPr>
        <w:pStyle w:val="Heading1"/>
      </w:pPr>
      <w:r>
        <w:t>24–48 HOURS BEFORE</w:t>
      </w:r>
    </w:p>
    <w:p w14:paraId="4231B38E" w14:textId="77777777" w:rsidR="00193402" w:rsidRDefault="00000000">
      <w:r>
        <w:t>KEEP YOUR SKIN COMFORTABLE.</w:t>
      </w:r>
    </w:p>
    <w:p w14:paraId="07C22BCD" w14:textId="77777777" w:rsidR="00193402" w:rsidRDefault="00000000">
      <w:pPr>
        <w:pStyle w:val="ListBullet"/>
        <w:spacing w:after="40"/>
      </w:pPr>
      <w:r>
        <w:t>Follow your normal skincare routine.</w:t>
      </w:r>
    </w:p>
    <w:p w14:paraId="3F170973" w14:textId="77777777" w:rsidR="00193402" w:rsidRDefault="00000000">
      <w:pPr>
        <w:pStyle w:val="ListBullet"/>
        <w:spacing w:after="40"/>
      </w:pPr>
      <w:r>
        <w:t>Hydrate your skin as you normally would.</w:t>
      </w:r>
    </w:p>
    <w:p w14:paraId="71D26088" w14:textId="77777777" w:rsidR="00193402" w:rsidRDefault="00000000">
      <w:pPr>
        <w:pStyle w:val="ListBullet"/>
        <w:spacing w:after="40"/>
      </w:pPr>
      <w:r>
        <w:t>Avoid anything you know causes redness, peeling, sensitivity, or irritation.</w:t>
      </w:r>
    </w:p>
    <w:p w14:paraId="2ECE46DB" w14:textId="3E64FA29" w:rsidR="00193402" w:rsidRDefault="00000000">
      <w:pPr>
        <w:pStyle w:val="ListBullet"/>
        <w:spacing w:after="40"/>
      </w:pPr>
      <w:r>
        <w:t>Get some rest if you can</w:t>
      </w:r>
      <w:r w:rsidR="00B32D3F">
        <w:t xml:space="preserve">, </w:t>
      </w:r>
      <w:r>
        <w:t>and don't panic over one tiny blemish</w:t>
      </w:r>
      <w:r w:rsidR="00B32D3F">
        <w:t xml:space="preserve"> or blemishes</w:t>
      </w:r>
      <w:r>
        <w:t xml:space="preserve">. </w:t>
      </w:r>
    </w:p>
    <w:p w14:paraId="3A81065E" w14:textId="77777777" w:rsidR="00193402" w:rsidRDefault="00000000">
      <w:pPr>
        <w:pStyle w:val="Heading1"/>
      </w:pPr>
      <w:r>
        <w:t>THE NIGHT BEFORE</w:t>
      </w:r>
    </w:p>
    <w:p w14:paraId="02DE1094" w14:textId="77777777" w:rsidR="00193402" w:rsidRDefault="00000000">
      <w:r>
        <w:t>KEEP IT SIMPLE.</w:t>
      </w:r>
    </w:p>
    <w:p w14:paraId="1C2EBBBC" w14:textId="77777777" w:rsidR="00193402" w:rsidRDefault="00000000">
      <w:r>
        <w:t>Use your normal, gentle skincare routine. Avoid experimenting with anything new. If your skin normally benefits from moisturizer, use your usual moisturizer. If you have a routine recommended by your dermatologist or esthetician, continue following it.</w:t>
      </w:r>
    </w:p>
    <w:p w14:paraId="47E4D718" w14:textId="77777777" w:rsidR="00193402" w:rsidRDefault="00000000">
      <w:pPr>
        <w:pStyle w:val="Heading1"/>
      </w:pPr>
      <w:r>
        <w:t>THE MORNING OF YOUR MAKEUP APPOINTMENT</w:t>
      </w:r>
    </w:p>
    <w:p w14:paraId="311C7C40" w14:textId="77777777" w:rsidR="00193402" w:rsidRDefault="00000000">
      <w:r>
        <w:t>COME WITH A CLEAN, COMFORTABLE CANVAS.</w:t>
      </w:r>
    </w:p>
    <w:p w14:paraId="2CD7767F" w14:textId="77777777" w:rsidR="00193402" w:rsidRDefault="00000000">
      <w:r>
        <w:t>You do not need to arrive with perfectly prepped skin, and you are not expected to skip your normal skincare. Simply keep your morning routine comfortable and familiar.</w:t>
      </w:r>
    </w:p>
    <w:p w14:paraId="60E9B868" w14:textId="77777777" w:rsidR="00193402" w:rsidRDefault="00000000">
      <w:pPr>
        <w:pStyle w:val="Heading2"/>
      </w:pPr>
      <w:r>
        <w:t>CLEANSE</w:t>
      </w:r>
    </w:p>
    <w:p w14:paraId="0154588F" w14:textId="77777777" w:rsidR="00193402" w:rsidRDefault="00000000">
      <w:r>
        <w:t>Gently cleanse your face with a cleanser you already know works well for your skin.</w:t>
      </w:r>
    </w:p>
    <w:p w14:paraId="1BD61335" w14:textId="77777777" w:rsidR="00193402" w:rsidRDefault="00000000">
      <w:pPr>
        <w:pStyle w:val="Heading2"/>
      </w:pPr>
      <w:r>
        <w:t>MOISTURIZE — IF NEEDED</w:t>
      </w:r>
    </w:p>
    <w:p w14:paraId="7EABA700" w14:textId="77777777" w:rsidR="00193402" w:rsidRDefault="00000000">
      <w:r>
        <w:t>If your skin normally needs moisturizer after cleansing, absolutely moisturize. You are not expected to arrive with dry or uncomfortable skin.</w:t>
      </w:r>
    </w:p>
    <w:p w14:paraId="1A32B309" w14:textId="77777777" w:rsidR="00193402" w:rsidRDefault="00000000">
      <w:r>
        <w:t>Please avoid excessive oils, heavy occlusive products, or multiple layers of skincare immediately before your appointment.</w:t>
      </w:r>
    </w:p>
    <w:p w14:paraId="260B1E16" w14:textId="6DB5B833" w:rsidR="00193402" w:rsidRDefault="00000000">
      <w:pPr>
        <w:pStyle w:val="Heading2"/>
      </w:pPr>
      <w:r>
        <w:t xml:space="preserve">THEN LET ME TAKE OVER. </w:t>
      </w:r>
    </w:p>
    <w:p w14:paraId="138E0637" w14:textId="6F686653" w:rsidR="00193402" w:rsidRDefault="00000000">
      <w:r>
        <w:t>Once you sit in my chair, your Stay</w:t>
      </w:r>
      <w:r w:rsidR="00E6612E">
        <w:t xml:space="preserve"> </w:t>
      </w:r>
      <w:r>
        <w:t>Bright professional makeup prep begins.</w:t>
      </w:r>
    </w:p>
    <w:p w14:paraId="4A9125C0" w14:textId="77777777" w:rsidR="00193402" w:rsidRDefault="00000000">
      <w:pPr>
        <w:pStyle w:val="Heading1"/>
      </w:pPr>
      <w:r>
        <w:lastRenderedPageBreak/>
        <w:t>THE STAYBRIGHT PREP</w:t>
      </w:r>
    </w:p>
    <w:p w14:paraId="3D621250" w14:textId="77777777" w:rsidR="00193402" w:rsidRDefault="00000000">
      <w:r>
        <w:t>MY PREP IS PART OF YOUR MAKEUP APPLICATION.</w:t>
      </w:r>
    </w:p>
    <w:p w14:paraId="76655F8D" w14:textId="77777777" w:rsidR="00193402" w:rsidRDefault="00000000">
      <w:r>
        <w:t>Before applying makeup, I use a specific skin-preparation process designed to create the best possible canvas for my makeup application and product system.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193402" w14:paraId="325DBB37" w14:textId="77777777">
        <w:tc>
          <w:tcPr>
            <w:tcW w:w="10080" w:type="dxa"/>
            <w:shd w:val="clear" w:color="auto" w:fill="F6F3DC"/>
          </w:tcPr>
          <w:p w14:paraId="2A0F91EB" w14:textId="77777777" w:rsidR="00193402" w:rsidRDefault="00000000">
            <w:pPr>
              <w:jc w:val="center"/>
            </w:pPr>
            <w:r>
              <w:rPr>
                <w:b/>
              </w:rPr>
              <w:t>CLEANSE  →  EXFOLIATE  →  TONE  →  MOISTURIZE  →  MAKEUP PREP  →  MAKEUP</w:t>
            </w:r>
          </w:p>
        </w:tc>
      </w:tr>
    </w:tbl>
    <w:p w14:paraId="50E3F476" w14:textId="77777777" w:rsidR="00193402" w:rsidRDefault="00000000">
      <w:r>
        <w:t>I use this process consistently because I've found that it creates a reliable starting point across a variety of skin types and conditions. The exact products or finishing steps may be adjusted based on what your skin needs that day.</w:t>
      </w:r>
    </w:p>
    <w:p w14:paraId="542637A5" w14:textId="77777777" w:rsidR="00193402" w:rsidRDefault="00000000">
      <w:r>
        <w:t>This does not mean your personal skincare routine is wrong. Your everyday routine is designed around your skin's ongoing needs; my prep is designed around the makeup application I'm about to perform.</w:t>
      </w:r>
    </w:p>
    <w:p w14:paraId="59319A8B" w14:textId="77777777" w:rsidR="00193402" w:rsidRDefault="00000000">
      <w:pPr>
        <w:pStyle w:val="Heading1"/>
      </w:pPr>
      <w:r>
        <w:t>WHY I DO MY OWN PREP</w:t>
      </w:r>
    </w:p>
    <w:p w14:paraId="5F02AC06" w14:textId="77777777" w:rsidR="00193402" w:rsidRDefault="00000000">
      <w:r>
        <w:t>BECAUSE MAKEUP PREP ISN'T THE SAME AS EVERYDAY SKINCARE.</w:t>
      </w:r>
    </w:p>
    <w:p w14:paraId="048E40BE" w14:textId="77777777" w:rsidR="00193402" w:rsidRDefault="00000000">
      <w:pPr>
        <w:pStyle w:val="ListBullet"/>
        <w:spacing w:after="40"/>
      </w:pPr>
      <w:r>
        <w:t>Start with a clean canvas.</w:t>
      </w:r>
    </w:p>
    <w:p w14:paraId="60567557" w14:textId="77777777" w:rsidR="00193402" w:rsidRDefault="00000000">
      <w:pPr>
        <w:pStyle w:val="ListBullet"/>
        <w:spacing w:after="40"/>
      </w:pPr>
      <w:r>
        <w:t>Remove excess oils or buildup.</w:t>
      </w:r>
    </w:p>
    <w:p w14:paraId="6FE06CE9" w14:textId="77777777" w:rsidR="00193402" w:rsidRDefault="00000000">
      <w:pPr>
        <w:pStyle w:val="ListBullet"/>
        <w:spacing w:after="40"/>
      </w:pPr>
      <w:r>
        <w:t>Gently smooth the surface of the skin.</w:t>
      </w:r>
    </w:p>
    <w:p w14:paraId="0FBF0C7A" w14:textId="77777777" w:rsidR="00193402" w:rsidRDefault="00000000">
      <w:pPr>
        <w:pStyle w:val="ListBullet"/>
        <w:spacing w:after="40"/>
      </w:pPr>
      <w:r>
        <w:t>Prepare the skin for the products being applied.</w:t>
      </w:r>
    </w:p>
    <w:p w14:paraId="2F4E521A" w14:textId="77777777" w:rsidR="00193402" w:rsidRDefault="00000000">
      <w:pPr>
        <w:pStyle w:val="ListBullet"/>
        <w:spacing w:after="40"/>
      </w:pPr>
      <w:r>
        <w:t>Create a consistent starting point for my makeup application.</w:t>
      </w:r>
    </w:p>
    <w:p w14:paraId="6AB0889C" w14:textId="77777777" w:rsidR="00193402" w:rsidRDefault="00000000">
      <w:pPr>
        <w:pStyle w:val="ListBullet"/>
        <w:spacing w:after="40"/>
      </w:pPr>
      <w:r>
        <w:t>Adjust the finishing steps based on what your skin needs that day.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193402" w14:paraId="69C8832C" w14:textId="77777777">
        <w:tc>
          <w:tcPr>
            <w:tcW w:w="10080" w:type="dxa"/>
            <w:shd w:val="clear" w:color="auto" w:fill="F6F3DC"/>
          </w:tcPr>
          <w:p w14:paraId="1175A85C" w14:textId="132A6A47" w:rsidR="00193402" w:rsidRDefault="00000000">
            <w:pPr>
              <w:jc w:val="center"/>
            </w:pPr>
            <w:r>
              <w:rPr>
                <w:b/>
              </w:rPr>
              <w:t xml:space="preserve">You don't need to bring a 12-step skincare routine to my makeup chair. </w:t>
            </w:r>
          </w:p>
        </w:tc>
      </w:tr>
    </w:tbl>
    <w:p w14:paraId="4C5D2033" w14:textId="77777777" w:rsidR="00193402" w:rsidRDefault="00000000">
      <w:pPr>
        <w:pStyle w:val="Heading1"/>
      </w:pPr>
      <w:r>
        <w:t>WHAT I DON'T WANT YOU TO DO</w:t>
      </w:r>
    </w:p>
    <w:p w14:paraId="2BA92FFA" w14:textId="77777777" w:rsidR="00193402" w:rsidRDefault="00000000">
      <w:r>
        <w:t>PLEASE AVOID LAST-MINUTE SKIN EXPERIMENTS.</w:t>
      </w:r>
    </w:p>
    <w:p w14:paraId="14A24F6F" w14:textId="77777777" w:rsidR="00193402" w:rsidRDefault="00000000">
      <w:pPr>
        <w:pStyle w:val="ListBullet"/>
        <w:spacing w:after="40"/>
      </w:pPr>
      <w:r>
        <w:t>New skincare products</w:t>
      </w:r>
    </w:p>
    <w:p w14:paraId="31CDFEFC" w14:textId="77777777" w:rsidR="00193402" w:rsidRDefault="00000000">
      <w:pPr>
        <w:pStyle w:val="ListBullet"/>
        <w:spacing w:after="40"/>
      </w:pPr>
      <w:r>
        <w:t>Aggressive exfoliants</w:t>
      </w:r>
    </w:p>
    <w:p w14:paraId="46BBE316" w14:textId="77777777" w:rsidR="00193402" w:rsidRDefault="00000000">
      <w:pPr>
        <w:pStyle w:val="ListBullet"/>
        <w:spacing w:after="40"/>
      </w:pPr>
      <w:r>
        <w:t>Chemical peels</w:t>
      </w:r>
    </w:p>
    <w:p w14:paraId="31039F28" w14:textId="77777777" w:rsidR="00193402" w:rsidRDefault="00000000">
      <w:pPr>
        <w:pStyle w:val="ListBullet"/>
        <w:spacing w:after="40"/>
      </w:pPr>
      <w:r>
        <w:t>Strong acids</w:t>
      </w:r>
    </w:p>
    <w:p w14:paraId="72FD850A" w14:textId="77777777" w:rsidR="00193402" w:rsidRDefault="00000000">
      <w:pPr>
        <w:pStyle w:val="ListBullet"/>
        <w:spacing w:after="40"/>
      </w:pPr>
      <w:r>
        <w:t>Retinoids used outside your established routine</w:t>
      </w:r>
    </w:p>
    <w:p w14:paraId="02E5C3BA" w14:textId="77777777" w:rsidR="00193402" w:rsidRDefault="00000000">
      <w:pPr>
        <w:pStyle w:val="ListBullet"/>
        <w:spacing w:after="40"/>
      </w:pPr>
      <w:r>
        <w:t>Unfamiliar masks or treatments</w:t>
      </w:r>
    </w:p>
    <w:p w14:paraId="43926A0C" w14:textId="77777777" w:rsidR="00193402" w:rsidRDefault="00000000">
      <w:pPr>
        <w:pStyle w:val="ListBullet"/>
        <w:spacing w:after="40"/>
      </w:pPr>
      <w:r>
        <w:t>Waxing, dermaplaning, or other services that may cause irritation when performed too close to your event</w:t>
      </w:r>
    </w:p>
    <w:p w14:paraId="62FB2008" w14:textId="77777777" w:rsidR="00193402" w:rsidRDefault="00000000">
      <w:pPr>
        <w:pStyle w:val="ListBullet"/>
        <w:spacing w:after="40"/>
      </w:pPr>
      <w:r>
        <w:t>Anything you know causes your skin to become irritated, unusually dry, or reactive</w:t>
      </w:r>
    </w:p>
    <w:p w14:paraId="5708C34C" w14:textId="77777777" w:rsidR="00193402" w:rsidRDefault="00000000">
      <w:r>
        <w:t>Consistency &gt; panic.</w:t>
      </w:r>
    </w:p>
    <w:p w14:paraId="06392623" w14:textId="77777777" w:rsidR="00193402" w:rsidRDefault="00000000">
      <w:pPr>
        <w:pStyle w:val="Heading1"/>
      </w:pPr>
      <w:r>
        <w:t>PLEASE TELL ME BEFORE WE BEGIN</w:t>
      </w:r>
    </w:p>
    <w:p w14:paraId="5978B2ED" w14:textId="77777777" w:rsidR="00193402" w:rsidRDefault="00000000">
      <w:r>
        <w:t>You are responsible for communicating information that may affect your makeup application, including:</w:t>
      </w:r>
    </w:p>
    <w:p w14:paraId="0675205E" w14:textId="77777777" w:rsidR="00193402" w:rsidRDefault="00000000">
      <w:pPr>
        <w:pStyle w:val="ListBullet"/>
        <w:spacing w:after="40"/>
      </w:pPr>
      <w:r>
        <w:t>Known allergies or product sensitivities</w:t>
      </w:r>
    </w:p>
    <w:p w14:paraId="566769B3" w14:textId="77777777" w:rsidR="00193402" w:rsidRDefault="00000000">
      <w:pPr>
        <w:pStyle w:val="ListBullet"/>
        <w:spacing w:after="40"/>
      </w:pPr>
      <w:r>
        <w:lastRenderedPageBreak/>
        <w:t>Recent cosmetic or skincare procedures</w:t>
      </w:r>
    </w:p>
    <w:p w14:paraId="584ED0AB" w14:textId="77777777" w:rsidR="00193402" w:rsidRDefault="00000000">
      <w:pPr>
        <w:pStyle w:val="ListBullet"/>
        <w:spacing w:after="40"/>
      </w:pPr>
      <w:r>
        <w:t>Recent waxing or dermaplaning</w:t>
      </w:r>
    </w:p>
    <w:p w14:paraId="62A80563" w14:textId="77777777" w:rsidR="00193402" w:rsidRDefault="00000000">
      <w:pPr>
        <w:pStyle w:val="ListBullet"/>
        <w:spacing w:after="40"/>
      </w:pPr>
      <w:r>
        <w:t>Significant irritation, sunburn, peeling, or active reactions</w:t>
      </w:r>
    </w:p>
    <w:p w14:paraId="62E39BED" w14:textId="77777777" w:rsidR="00193402" w:rsidRDefault="00000000">
      <w:pPr>
        <w:pStyle w:val="ListBullet"/>
        <w:spacing w:after="40"/>
      </w:pPr>
      <w:r>
        <w:t>Prescription skincare or other treatments that may affect your skin</w:t>
      </w:r>
    </w:p>
    <w:p w14:paraId="50E1C1B1" w14:textId="77777777" w:rsidR="00193402" w:rsidRDefault="00000000">
      <w:pPr>
        <w:pStyle w:val="ListBullet"/>
        <w:spacing w:after="40"/>
      </w:pPr>
      <w:r>
        <w:t>Any other skin concern you believe could affect the service</w:t>
      </w:r>
    </w:p>
    <w:p w14:paraId="7FD08108" w14:textId="77777777" w:rsidR="00193402" w:rsidRDefault="00000000">
      <w:r>
        <w:t>Please don't assume I'll know. If I don't know something is happening with your skin, I can't take it into consideration.</w:t>
      </w:r>
    </w:p>
    <w:p w14:paraId="7CF31906" w14:textId="77777777" w:rsidR="00193402" w:rsidRDefault="00000000">
      <w:pPr>
        <w:pStyle w:val="Heading1"/>
      </w:pPr>
      <w:r>
        <w:t>BRIDAL PARTY PREP</w:t>
      </w:r>
    </w:p>
    <w:p w14:paraId="1513E475" w14:textId="77777777" w:rsidR="00193402" w:rsidRDefault="00000000">
      <w:r>
        <w:t>BRIDE, PLEASE SHARE THIS GUIDE WITH EVERYONE RECEIVING MAKEUP.</w:t>
      </w:r>
    </w:p>
    <w:p w14:paraId="373017EC" w14:textId="77777777" w:rsidR="00193402" w:rsidRDefault="00000000">
      <w:pPr>
        <w:pStyle w:val="ListBullet"/>
        <w:spacing w:after="40"/>
      </w:pPr>
      <w:r>
        <w:t>Arrive on time and ready to sit down at the assigned time.</w:t>
      </w:r>
    </w:p>
    <w:p w14:paraId="4B129426" w14:textId="77777777" w:rsidR="00193402" w:rsidRDefault="00000000">
      <w:pPr>
        <w:pStyle w:val="ListBullet"/>
        <w:spacing w:after="40"/>
      </w:pPr>
      <w:r>
        <w:t>Arrive with clean skin.</w:t>
      </w:r>
    </w:p>
    <w:p w14:paraId="22CA405C" w14:textId="77777777" w:rsidR="00193402" w:rsidRDefault="00000000">
      <w:pPr>
        <w:pStyle w:val="ListBullet"/>
        <w:spacing w:after="40"/>
      </w:pPr>
      <w:r>
        <w:t>Continue your normal skincare routine as appropriate.</w:t>
      </w:r>
    </w:p>
    <w:p w14:paraId="4413D8FF" w14:textId="77777777" w:rsidR="00193402" w:rsidRDefault="00000000">
      <w:pPr>
        <w:pStyle w:val="ListBullet"/>
        <w:spacing w:after="40"/>
      </w:pPr>
      <w:r>
        <w:t>Moisturize if your skin normally needs it.</w:t>
      </w:r>
    </w:p>
    <w:p w14:paraId="487884BB" w14:textId="77777777" w:rsidR="00193402" w:rsidRDefault="00000000">
      <w:pPr>
        <w:pStyle w:val="ListBullet"/>
        <w:spacing w:after="40"/>
      </w:pPr>
      <w:r>
        <w:t>Avoid excessive oils or heavy skincare immediately before makeup.</w:t>
      </w:r>
    </w:p>
    <w:p w14:paraId="5288C875" w14:textId="77777777" w:rsidR="00193402" w:rsidRDefault="00000000">
      <w:pPr>
        <w:pStyle w:val="ListBullet"/>
        <w:spacing w:after="40"/>
      </w:pPr>
      <w:r>
        <w:t>Be prepared to communicate allergies or sensitivities before the application begins.</w:t>
      </w:r>
    </w:p>
    <w:p w14:paraId="647F1821" w14:textId="77777777" w:rsidR="00193402" w:rsidRDefault="00000000">
      <w:r>
        <w:t>I will do my best to work with each person's skin once they are in my chair, but everyone's skin is different and individual skin conditions may affect the outcome.</w:t>
      </w:r>
    </w:p>
    <w:p w14:paraId="7ACD8BD7" w14:textId="77777777" w:rsidR="00193402" w:rsidRDefault="00000000">
      <w:pPr>
        <w:pStyle w:val="Heading1"/>
      </w:pPr>
      <w:r>
        <w:t>A NOTE ABOUT YOUR FINAL LOOK</w:t>
      </w:r>
    </w:p>
    <w:p w14:paraId="3A7ABFDA" w14:textId="77777777" w:rsidR="00193402" w:rsidRDefault="00000000">
      <w:r>
        <w:t>Beautiful makeup depends on more than products alone. Skin condition, preparation, application, products, environment, time, and aftercare can all affect the final result.</w:t>
      </w:r>
    </w:p>
    <w:p w14:paraId="121ED4B5" w14:textId="77777777" w:rsidR="00193402" w:rsidRDefault="00000000">
      <w:r>
        <w:t>Your skin may also behave differently depending on weather, humidity, stress, sleep, skincare, tears, sweating, and other factors outside of the Artist's control.</w:t>
      </w:r>
    </w:p>
    <w:p w14:paraId="43D2D44F" w14:textId="77777777" w:rsidR="00193402" w:rsidRDefault="00000000">
      <w:r>
        <w:t>I will always do my best to create the most beautiful, polished result possible with the canvas I'm given.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80"/>
      </w:tblGrid>
      <w:tr w:rsidR="00193402" w14:paraId="2E90F777" w14:textId="77777777">
        <w:tc>
          <w:tcPr>
            <w:tcW w:w="10080" w:type="dxa"/>
            <w:shd w:val="clear" w:color="auto" w:fill="F6F3DC"/>
          </w:tcPr>
          <w:p w14:paraId="0A27A927" w14:textId="5D3BDD77" w:rsidR="00193402" w:rsidRDefault="00000000">
            <w:pPr>
              <w:jc w:val="center"/>
            </w:pPr>
            <w:r>
              <w:rPr>
                <w:b/>
              </w:rPr>
              <w:t xml:space="preserve">SO PLEASE TAKE CARE OF THE CANVAS. </w:t>
            </w:r>
          </w:p>
        </w:tc>
      </w:tr>
    </w:tbl>
    <w:p w14:paraId="0A724FD9" w14:textId="77777777" w:rsidR="00193402" w:rsidRDefault="00000000">
      <w:pPr>
        <w:pStyle w:val="Heading1"/>
      </w:pPr>
      <w:r>
        <w:t>THE STAYBRIGHT PROMISE</w:t>
      </w:r>
    </w:p>
    <w:p w14:paraId="5E6DF379" w14:textId="77777777" w:rsidR="00193402" w:rsidRDefault="00000000">
      <w:r>
        <w:t>My job is to bring the artistry. Your job is to bring the canvas prepared and ready.</w:t>
      </w:r>
    </w:p>
    <w:p w14:paraId="3B225946" w14:textId="299768B9" w:rsidR="00193402" w:rsidRDefault="00000000">
      <w:r>
        <w:t>Together, we can create makeup that looks beautiful in person, photographs beautifully, and</w:t>
      </w:r>
      <w:r w:rsidR="00E6612E">
        <w:t xml:space="preserve"> </w:t>
      </w:r>
      <w:r>
        <w:t>most importantly</w:t>
      </w:r>
      <w:r w:rsidR="00E6612E">
        <w:t xml:space="preserve">, </w:t>
      </w:r>
      <w:r>
        <w:t>still feels like YOU.</w:t>
      </w:r>
    </w:p>
    <w:p w14:paraId="2FC7B6FC" w14:textId="77777777" w:rsidR="00193402" w:rsidRDefault="00000000">
      <w:r>
        <w:t>I can't promise perfection. I can promise that I'll be intentional, detailed, sanitary, and committed to giving you the best application possible.</w:t>
      </w:r>
    </w:p>
    <w:p w14:paraId="1BC3B23F" w14:textId="77777777" w:rsidR="00193402" w:rsidRDefault="00000000">
      <w:pPr>
        <w:jc w:val="center"/>
      </w:pPr>
      <w:r>
        <w:rPr>
          <w:color w:val="5F6F48"/>
          <w:sz w:val="14"/>
        </w:rPr>
        <w:t>━━━━━━━━━━━━━━━━━━━━━━━━━━━━━━━━━━━━━━━━</w:t>
      </w:r>
    </w:p>
    <w:p w14:paraId="7703FE3B" w14:textId="77777777" w:rsidR="00E01FB5" w:rsidRDefault="00E01FB5"/>
    <w:sectPr w:rsidR="00E01FB5" w:rsidSect="00034616">
      <w:footerReference w:type="default" r:id="rId8"/>
      <w:pgSz w:w="12240" w:h="15840"/>
      <w:pgMar w:top="936" w:right="1080" w:bottom="936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58DCEBF" w14:textId="77777777" w:rsidR="00E01FB5" w:rsidRDefault="00E01FB5">
      <w:pPr>
        <w:spacing w:after="0" w:line="240" w:lineRule="auto"/>
      </w:pPr>
      <w:r>
        <w:separator/>
      </w:r>
    </w:p>
  </w:endnote>
  <w:endnote w:type="continuationSeparator" w:id="0">
    <w:p w14:paraId="34B0C5E5" w14:textId="77777777" w:rsidR="00E01FB5" w:rsidRDefault="00E01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D9DA56" w14:textId="77777777" w:rsidR="00193402" w:rsidRDefault="00000000">
    <w:pPr>
      <w:pStyle w:val="Footer"/>
      <w:jc w:val="center"/>
    </w:pPr>
    <w:proofErr w:type="spellStart"/>
    <w:r>
      <w:rPr>
        <w:color w:val="5F6F48"/>
        <w:sz w:val="16"/>
      </w:rPr>
      <w:t>StayBright</w:t>
    </w:r>
    <w:proofErr w:type="spellEnd"/>
    <w:r>
      <w:rPr>
        <w:color w:val="5F6F48"/>
        <w:sz w:val="16"/>
      </w:rPr>
      <w:t xml:space="preserve"> Services </w:t>
    </w:r>
    <w:proofErr w:type="gramStart"/>
    <w:r>
      <w:rPr>
        <w:color w:val="5F6F48"/>
        <w:sz w:val="16"/>
      </w:rPr>
      <w:t>LLC  •</w:t>
    </w:r>
    <w:proofErr w:type="gramEnd"/>
    <w:r>
      <w:rPr>
        <w:color w:val="5F6F48"/>
        <w:sz w:val="16"/>
      </w:rPr>
      <w:t xml:space="preserve">  Bridal &amp; Client Preparation Guide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FDED959" w14:textId="77777777" w:rsidR="00E01FB5" w:rsidRDefault="00E01FB5">
      <w:pPr>
        <w:spacing w:after="0" w:line="240" w:lineRule="auto"/>
      </w:pPr>
      <w:r>
        <w:separator/>
      </w:r>
    </w:p>
  </w:footnote>
  <w:footnote w:type="continuationSeparator" w:id="0">
    <w:p w14:paraId="3518D1E1" w14:textId="77777777" w:rsidR="00E01FB5" w:rsidRDefault="00E01F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84539074">
    <w:abstractNumId w:val="8"/>
  </w:num>
  <w:num w:numId="2" w16cid:durableId="2121679728">
    <w:abstractNumId w:val="6"/>
  </w:num>
  <w:num w:numId="3" w16cid:durableId="1837067041">
    <w:abstractNumId w:val="5"/>
  </w:num>
  <w:num w:numId="4" w16cid:durableId="1193231742">
    <w:abstractNumId w:val="4"/>
  </w:num>
  <w:num w:numId="5" w16cid:durableId="446389254">
    <w:abstractNumId w:val="7"/>
  </w:num>
  <w:num w:numId="6" w16cid:durableId="358089212">
    <w:abstractNumId w:val="3"/>
  </w:num>
  <w:num w:numId="7" w16cid:durableId="1557353502">
    <w:abstractNumId w:val="2"/>
  </w:num>
  <w:num w:numId="8" w16cid:durableId="394860473">
    <w:abstractNumId w:val="1"/>
  </w:num>
  <w:num w:numId="9" w16cid:durableId="79104895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1CEF"/>
    <w:rsid w:val="00034616"/>
    <w:rsid w:val="0006063C"/>
    <w:rsid w:val="0015074B"/>
    <w:rsid w:val="001532B6"/>
    <w:rsid w:val="00193402"/>
    <w:rsid w:val="0029639D"/>
    <w:rsid w:val="00326F90"/>
    <w:rsid w:val="008D2DE6"/>
    <w:rsid w:val="00AA1D8D"/>
    <w:rsid w:val="00B32D3F"/>
    <w:rsid w:val="00B47730"/>
    <w:rsid w:val="00CB0664"/>
    <w:rsid w:val="00E01FB5"/>
    <w:rsid w:val="00E6612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B4F193"/>
  <w14:defaultImageDpi w14:val="300"/>
  <w15:docId w15:val="{145022DF-95B4-2040-8816-B275AC6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color w:val="2C2F20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F6F48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F6F48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1008</Words>
  <Characters>6110</Characters>
  <Application>Microsoft Office Word</Application>
  <DocSecurity>0</DocSecurity>
  <Lines>88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Sayer Stevenson</cp:lastModifiedBy>
  <cp:revision>4</cp:revision>
  <dcterms:created xsi:type="dcterms:W3CDTF">2013-12-23T23:15:00Z</dcterms:created>
  <dcterms:modified xsi:type="dcterms:W3CDTF">2026-08-28T18:52:00Z</dcterms:modified>
  <cp:category/>
</cp:coreProperties>
</file>